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9D0DDC" w14:textId="77777777" w:rsidR="00DA494E" w:rsidRDefault="00000000">
      <w:pPr>
        <w:pStyle w:val="aa"/>
        <w:spacing w:after="60"/>
        <w:jc w:val="center"/>
      </w:pPr>
      <w:r>
        <w:t>ATC 2026 Student Travel Grant Application</w:t>
      </w:r>
    </w:p>
    <w:p w14:paraId="5C29612D" w14:textId="77777777" w:rsidR="00DA494E" w:rsidRDefault="00000000">
      <w:pPr>
        <w:spacing w:after="140"/>
        <w:jc w:val="center"/>
      </w:pPr>
      <w:r>
        <w:rPr>
          <w:b/>
          <w:color w:val="17365D"/>
          <w:sz w:val="20"/>
        </w:rPr>
        <w:t>November 15-18, 2026  |  Hong Kong</w:t>
      </w:r>
    </w:p>
    <w:p w14:paraId="3A81D44A" w14:textId="0A24C676" w:rsidR="00DA494E" w:rsidRDefault="00000000">
      <w:pPr>
        <w:spacing w:after="100" w:line="252" w:lineRule="auto"/>
      </w:pPr>
      <w:r>
        <w:rPr>
          <w:color w:val="444444"/>
          <w:sz w:val="17"/>
        </w:rPr>
        <w:t xml:space="preserve">Application deadline: October </w:t>
      </w:r>
      <w:r w:rsidR="00B30714">
        <w:rPr>
          <w:rFonts w:hint="eastAsia"/>
          <w:color w:val="444444"/>
          <w:sz w:val="17"/>
          <w:lang w:eastAsia="zh-CN"/>
        </w:rPr>
        <w:t>10</w:t>
      </w:r>
      <w:r>
        <w:rPr>
          <w:color w:val="444444"/>
          <w:sz w:val="17"/>
        </w:rPr>
        <w:t>, 2026, 23:59 Anywhere on Earth. Complete this form in English and submit it according to the instructions on the ATC 2026 website. Late or incomplete applications may not be considered.</w:t>
      </w:r>
    </w:p>
    <w:p w14:paraId="21B9E5AA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1  Applicant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0F8F9276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AC68D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Full name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40231B" w14:textId="77777777" w:rsidR="00DA494E" w:rsidRDefault="00000000">
            <w:pPr>
              <w:spacing w:after="0" w:line="252" w:lineRule="auto"/>
            </w:pPr>
            <w:sdt>
              <w:sdtPr>
                <w:alias w:val="FULL_NAME"/>
                <w:tag w:val="FULL_NAME"/>
                <w:id w:val="-696620244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7AA45F43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F26F91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Email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AED815" w14:textId="77777777" w:rsidR="00DA494E" w:rsidRDefault="00000000">
            <w:pPr>
              <w:spacing w:after="0" w:line="252" w:lineRule="auto"/>
            </w:pPr>
            <w:sdt>
              <w:sdtPr>
                <w:alias w:val="EMAIL"/>
                <w:tag w:val="EMAIL"/>
                <w:id w:val="-97999714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275AFF53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E7920B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Institution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DA577B" w14:textId="77777777" w:rsidR="00DA494E" w:rsidRDefault="00000000">
            <w:pPr>
              <w:spacing w:after="0" w:line="252" w:lineRule="auto"/>
            </w:pPr>
            <w:sdt>
              <w:sdtPr>
                <w:alias w:val="INSTITUTION"/>
                <w:tag w:val="INSTITUTION"/>
                <w:id w:val="-71450635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3BE9872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01CD5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Department or program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09486" w14:textId="77777777" w:rsidR="00DA494E" w:rsidRDefault="00000000">
            <w:pPr>
              <w:spacing w:after="0" w:line="252" w:lineRule="auto"/>
            </w:pPr>
            <w:sdt>
              <w:sdtPr>
                <w:alias w:val="DEPARTMENT"/>
                <w:tag w:val="DEPARTMENT"/>
                <w:id w:val="18486662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84099A3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EB16F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Country or region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DDF65A" w14:textId="77777777" w:rsidR="00DA494E" w:rsidRDefault="00000000">
            <w:pPr>
              <w:spacing w:after="0" w:line="252" w:lineRule="auto"/>
            </w:pPr>
            <w:sdt>
              <w:sdtPr>
                <w:alias w:val="COUNTRY"/>
                <w:tag w:val="COUNTRY"/>
                <w:id w:val="-196194346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1562517C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2CBD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Degree and expected graduation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63F2B2" w14:textId="77777777" w:rsidR="00DA494E" w:rsidRDefault="00000000">
            <w:pPr>
              <w:spacing w:after="0" w:line="252" w:lineRule="auto"/>
            </w:pPr>
            <w:sdt>
              <w:sdtPr>
                <w:alias w:val="DEGREE_GRADUATION"/>
                <w:tag w:val="DEGREE_GRADUATION"/>
                <w:id w:val="-1111898651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1C0EB166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DCCC13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Faculty advisor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DEECA" w14:textId="77777777" w:rsidR="00DA494E" w:rsidRDefault="00000000">
            <w:pPr>
              <w:spacing w:after="0" w:line="252" w:lineRule="auto"/>
            </w:pPr>
            <w:sdt>
              <w:sdtPr>
                <w:alias w:val="ADVISOR_NAME_EMAIL"/>
                <w:tag w:val="ADVISOR_NAME_EMAIL"/>
                <w:id w:val="1109703341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7AB84CD3" w14:textId="77777777" w:rsidR="00DA494E" w:rsidRDefault="00DA494E">
      <w:pPr>
        <w:spacing w:after="0"/>
      </w:pPr>
    </w:p>
    <w:p w14:paraId="0B683264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2  ATC Participation</w:t>
      </w:r>
    </w:p>
    <w:p w14:paraId="3761E3D8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Select all that apply. Students may apply whether or not they are presenting work.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4F0312F7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6EB42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Presenter of an accepted ATC paper</w:t>
            </w:r>
          </w:p>
        </w:tc>
      </w:tr>
      <w:tr w:rsidR="00DA494E" w14:paraId="1EC9BD53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FB67CB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Co-author of an accepted ATC paper, not presenting</w:t>
            </w:r>
          </w:p>
        </w:tc>
      </w:tr>
      <w:tr w:rsidR="00DA494E" w14:paraId="523B420F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0E62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Poster or demo presenter</w:t>
            </w:r>
          </w:p>
        </w:tc>
      </w:tr>
      <w:tr w:rsidR="00DA494E" w14:paraId="3D98D7E3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622100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Workshop, tutorial, or student volunteer participant</w:t>
            </w:r>
          </w:p>
        </w:tc>
      </w:tr>
      <w:tr w:rsidR="00DA494E" w14:paraId="0EB4C128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9F05F8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Attendee without an accepted contribution</w:t>
            </w:r>
          </w:p>
        </w:tc>
      </w:tr>
      <w:tr w:rsidR="00DA494E" w14:paraId="33B7FC64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62C8A3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First-time ATC attendee</w:t>
            </w:r>
          </w:p>
        </w:tc>
      </w:tr>
    </w:tbl>
    <w:p w14:paraId="345A66BD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2F42DACF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243568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Contribution title or role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219AF8" w14:textId="77777777" w:rsidR="00DA494E" w:rsidRDefault="00000000">
            <w:pPr>
              <w:spacing w:after="0" w:line="252" w:lineRule="auto"/>
            </w:pPr>
            <w:sdt>
              <w:sdtPr>
                <w:alias w:val="CONTRIBUTION"/>
                <w:tag w:val="CONTRIBUTION"/>
                <w:id w:val="-48639185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50B257DE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D11250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Submission ID if applicable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B85C1C" w14:textId="77777777" w:rsidR="00DA494E" w:rsidRDefault="00000000">
            <w:pPr>
              <w:spacing w:after="0" w:line="252" w:lineRule="auto"/>
            </w:pPr>
            <w:sdt>
              <w:sdtPr>
                <w:alias w:val="SUBMISSION_ID"/>
                <w:tag w:val="SUBMISSION_ID"/>
                <w:id w:val="90510942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64E1B43E" w14:textId="77777777" w:rsidR="00DA494E" w:rsidRDefault="00DA494E">
      <w:pPr>
        <w:spacing w:after="0"/>
      </w:pPr>
    </w:p>
    <w:p w14:paraId="41CC8B23" w14:textId="77777777" w:rsidR="00DA494E" w:rsidRDefault="00000000">
      <w:r>
        <w:br w:type="page"/>
      </w:r>
    </w:p>
    <w:p w14:paraId="5F0284AC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lastRenderedPageBreak/>
        <w:t>3  Applicant Statement</w:t>
      </w:r>
    </w:p>
    <w:p w14:paraId="7EA894D8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Maximum 500 words. Briefly describe your relevant studies or research, how attending ATC 2026 would benefit you, and why you need financial support.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0A8C2E5B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324EC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Applicant statement *</w:t>
            </w:r>
          </w:p>
        </w:tc>
      </w:tr>
      <w:tr w:rsidR="00DA494E" w14:paraId="17FC1A9C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DB0A83" w14:textId="77777777" w:rsidR="00DA494E" w:rsidRDefault="00000000">
            <w:pPr>
              <w:spacing w:after="0" w:line="252" w:lineRule="auto"/>
            </w:pPr>
            <w:sdt>
              <w:sdtPr>
                <w:alias w:val="APPLICANT_STATEMENT"/>
                <w:tag w:val="APPLICANT_STATEMENT"/>
                <w:id w:val="927923383"/>
                <w:text/>
              </w:sdtPr>
              <w:sdtContent>
                <w:r>
                  <w:rPr>
                    <w:i/>
                    <w:color w:val="777777"/>
                    <w:sz w:val="18"/>
                  </w:rPr>
                  <w:t>Click or tap here to enter your statement.</w:t>
                </w:r>
              </w:sdtContent>
            </w:sdt>
          </w:p>
          <w:p w14:paraId="742F18EE" w14:textId="77777777" w:rsidR="00DA494E" w:rsidRDefault="00000000">
            <w:pPr>
              <w:spacing w:after="0"/>
            </w:pPr>
            <w:r>
              <w:t xml:space="preserve"> </w:t>
            </w:r>
          </w:p>
          <w:p w14:paraId="4DDC5E64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A1E0CCE" w14:textId="77777777" w:rsidR="00DA494E" w:rsidRDefault="00000000">
            <w:pPr>
              <w:spacing w:after="0"/>
            </w:pPr>
            <w:r>
              <w:t xml:space="preserve"> </w:t>
            </w:r>
          </w:p>
          <w:p w14:paraId="0DDDF296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6B01D5E" w14:textId="77777777" w:rsidR="00DA494E" w:rsidRDefault="00000000">
            <w:pPr>
              <w:spacing w:after="0"/>
            </w:pPr>
            <w:r>
              <w:t xml:space="preserve"> </w:t>
            </w:r>
          </w:p>
          <w:p w14:paraId="7D634D73" w14:textId="77777777" w:rsidR="00DA494E" w:rsidRDefault="00000000">
            <w:pPr>
              <w:spacing w:after="0"/>
            </w:pPr>
            <w:r>
              <w:t xml:space="preserve"> </w:t>
            </w:r>
          </w:p>
          <w:p w14:paraId="659F3EB8" w14:textId="77777777" w:rsidR="00DA494E" w:rsidRDefault="00000000">
            <w:pPr>
              <w:spacing w:after="0"/>
            </w:pPr>
            <w:r>
              <w:t xml:space="preserve"> </w:t>
            </w:r>
          </w:p>
          <w:p w14:paraId="2936021F" w14:textId="77777777" w:rsidR="00DA494E" w:rsidRDefault="00000000">
            <w:pPr>
              <w:spacing w:after="0"/>
            </w:pPr>
            <w:r>
              <w:t xml:space="preserve"> </w:t>
            </w:r>
          </w:p>
        </w:tc>
      </w:tr>
    </w:tbl>
    <w:p w14:paraId="3D9580C1" w14:textId="77777777" w:rsidR="00DA494E" w:rsidRDefault="00DA494E">
      <w:pPr>
        <w:spacing w:after="0"/>
      </w:pPr>
    </w:p>
    <w:p w14:paraId="2B793ACA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4  Estimated Budget</w:t>
      </w:r>
    </w:p>
    <w:p w14:paraId="64D12695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Enter reasonable estimates in USD and disclose all confirmed or pending support. Awards may cover only part of the amount requested.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3317"/>
        <w:gridCol w:w="3317"/>
      </w:tblGrid>
      <w:tr w:rsidR="00DA494E" w14:paraId="0853F6D7" w14:textId="77777777">
        <w:trPr>
          <w:jc w:val="center"/>
        </w:trPr>
        <w:tc>
          <w:tcPr>
            <w:tcW w:w="50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C1FBBE" w14:textId="77777777" w:rsidR="00DA494E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Expense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E38B28" w14:textId="77777777" w:rsidR="00DA494E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Estimated cost USD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5E3CEC" w14:textId="77777777" w:rsidR="00DA494E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Other funding USD</w:t>
            </w:r>
          </w:p>
        </w:tc>
      </w:tr>
      <w:tr w:rsidR="00DA494E" w14:paraId="576C59FB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314610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Registration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5990E1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1"/>
                <w:tag w:val="COST_1"/>
                <w:id w:val="1471874803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7E300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1"/>
                <w:tag w:val="FUND_1"/>
                <w:id w:val="-713198845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6B52521D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C4C9FF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Travel to and from Hong Kong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863759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2"/>
                <w:tag w:val="COST_2"/>
                <w:id w:val="-1960942770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06009C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2"/>
                <w:tag w:val="FUND_2"/>
                <w:id w:val="-21836876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54811D2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251374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Accommodation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6818CA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3"/>
                <w:tag w:val="COST_3"/>
                <w:id w:val="120166288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8BDA71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3"/>
                <w:tag w:val="FUND_3"/>
                <w:id w:val="-627697168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0CB4DC1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E066E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Other reasonable expense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D9706F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4"/>
                <w:tag w:val="COST_4"/>
                <w:id w:val="1598060426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BB201B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4"/>
                <w:tag w:val="FUND_4"/>
                <w:id w:val="112466341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204EB2F3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72A375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Total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577C7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5"/>
                <w:tag w:val="COST_5"/>
                <w:id w:val="-1222596733"/>
                <w:text/>
              </w:sdtPr>
              <w:sdtContent>
                <w:r>
                  <w:rPr>
                    <w:b/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00D095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5"/>
                <w:tag w:val="FUND_5"/>
                <w:id w:val="-1084379018"/>
                <w:text/>
              </w:sdtPr>
              <w:sdtContent>
                <w:r>
                  <w:rPr>
                    <w:b/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0633E9C6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72A8266C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9C0E13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Amount requested from ATC 2026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D4AAC5" w14:textId="77777777" w:rsidR="00DA494E" w:rsidRDefault="00000000">
            <w:pPr>
              <w:spacing w:after="0" w:line="252" w:lineRule="auto"/>
            </w:pPr>
            <w:sdt>
              <w:sdtPr>
                <w:alias w:val="AMOUNT_REQUESTED"/>
                <w:tag w:val="AMOUNT_REQUESTED"/>
                <w:id w:val="-21619878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3430017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D6FBCA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Other funding source or status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64647" w14:textId="77777777" w:rsidR="00DA494E" w:rsidRDefault="00000000">
            <w:pPr>
              <w:spacing w:after="0" w:line="252" w:lineRule="auto"/>
            </w:pPr>
            <w:sdt>
              <w:sdtPr>
                <w:alias w:val="OTHER_FUNDING_DETAILS"/>
                <w:tag w:val="OTHER_FUNDING_DETAILS"/>
                <w:id w:val="95525828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2C673438" w14:textId="77777777" w:rsidR="00DA494E" w:rsidRDefault="00DA494E">
      <w:pPr>
        <w:spacing w:after="0"/>
      </w:pPr>
    </w:p>
    <w:p w14:paraId="0E4B1539" w14:textId="77777777" w:rsidR="00DA494E" w:rsidRDefault="00000000">
      <w:r>
        <w:br w:type="page"/>
      </w:r>
    </w:p>
    <w:p w14:paraId="7179ED1E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lastRenderedPageBreak/>
        <w:t>5  Required Attachments</w:t>
      </w:r>
    </w:p>
    <w:p w14:paraId="6D8A87B0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Attach these documents to the completed application form.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511A954F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846B70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A CV of no more than two pages is attached.</w:t>
            </w:r>
          </w:p>
        </w:tc>
      </w:tr>
      <w:tr w:rsidR="00DA494E" w14:paraId="149DFDE1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EC7A7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Proof of current full-time student status is attached.</w:t>
            </w:r>
          </w:p>
        </w:tc>
      </w:tr>
    </w:tbl>
    <w:p w14:paraId="0C215AA9" w14:textId="77777777" w:rsidR="00DA494E" w:rsidRDefault="00DA494E">
      <w:pPr>
        <w:spacing w:after="0"/>
      </w:pPr>
    </w:p>
    <w:p w14:paraId="769FC887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6  Applicant Confirmation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3596CA30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DCD9A7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confirm that I am currently a full-time undergraduate or graduate student.</w:t>
            </w:r>
          </w:p>
        </w:tc>
      </w:tr>
      <w:tr w:rsidR="00DA494E" w14:paraId="071513A4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D76A47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have disclosed all confirmed and pending funding for this trip.</w:t>
            </w:r>
          </w:p>
        </w:tc>
      </w:tr>
      <w:tr w:rsidR="00DA494E" w14:paraId="4D5A4DE0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9F38F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understand that an award is not guaranteed and may be less than the amount requested.</w:t>
            </w:r>
          </w:p>
        </w:tc>
      </w:tr>
      <w:tr w:rsidR="00DA494E" w14:paraId="3A53CF7A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6A6FE8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If selected, I will attend ATC 2026 in person and follow the award conditions.</w:t>
            </w:r>
          </w:p>
        </w:tc>
      </w:tr>
    </w:tbl>
    <w:p w14:paraId="3C4B5E00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0025E555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62084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Applicant signature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E57E29" w14:textId="77777777" w:rsidR="00DA494E" w:rsidRDefault="00000000">
            <w:pPr>
              <w:spacing w:after="0" w:line="252" w:lineRule="auto"/>
            </w:pPr>
            <w:sdt>
              <w:sdtPr>
                <w:alias w:val="APPLICANT_SIGNATURE"/>
                <w:tag w:val="APPLICANT_SIGNATURE"/>
                <w:id w:val="323548603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6A3D49DC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DB99B6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Date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A4BEED" w14:textId="77777777" w:rsidR="00DA494E" w:rsidRDefault="00000000">
            <w:pPr>
              <w:spacing w:after="0" w:line="252" w:lineRule="auto"/>
            </w:pPr>
            <w:sdt>
              <w:sdtPr>
                <w:alias w:val="APPLICANT_DATE"/>
                <w:tag w:val="APPLICANT_DATE"/>
                <w:id w:val="-2025938520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4C476CDD" w14:textId="77777777" w:rsidR="00DA494E" w:rsidRDefault="00DA494E">
      <w:pPr>
        <w:spacing w:after="0"/>
      </w:pPr>
    </w:p>
    <w:p w14:paraId="6B28425C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7  Confidential Advisor Statement</w:t>
      </w:r>
    </w:p>
    <w:p w14:paraId="0286A8BB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The faculty advisor or supervisor should complete this section and submit the form directly according to the instructions on the ATC 2026 website by October 4, 2026, 23:59 Anywhere on Earth.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487FABEE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03B13B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Applicant name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B2C6C1" w14:textId="77777777" w:rsidR="00DA494E" w:rsidRDefault="00000000">
            <w:pPr>
              <w:spacing w:after="0" w:line="252" w:lineRule="auto"/>
            </w:pPr>
            <w:sdt>
              <w:sdtPr>
                <w:alias w:val="ADV_APPLICANT_NAME"/>
                <w:tag w:val="ADV_APPLICANT_NAME"/>
                <w:id w:val="270751275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6996E0CD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F3A924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Advisor name and title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ACC88E" w14:textId="77777777" w:rsidR="00DA494E" w:rsidRDefault="00000000">
            <w:pPr>
              <w:spacing w:after="0" w:line="252" w:lineRule="auto"/>
            </w:pPr>
            <w:sdt>
              <w:sdtPr>
                <w:alias w:val="ADV_NAME_TITLE"/>
                <w:tag w:val="ADV_NAME_TITLE"/>
                <w:id w:val="163210156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479B7BE2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3B03FE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Institutional email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151A36" w14:textId="77777777" w:rsidR="00DA494E" w:rsidRDefault="00000000">
            <w:pPr>
              <w:spacing w:after="0" w:line="252" w:lineRule="auto"/>
            </w:pPr>
            <w:sdt>
              <w:sdtPr>
                <w:alias w:val="ADV_EMAIL"/>
                <w:tag w:val="ADV_EMAIL"/>
                <w:id w:val="481588653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32EC6704" w14:textId="77777777" w:rsidR="00DA494E" w:rsidRDefault="00DA494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4A86B6FD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38DD18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confirm that the applicant is a full-time student in good standing.</w:t>
            </w:r>
          </w:p>
        </w:tc>
      </w:tr>
      <w:tr w:rsidR="00DA494E" w14:paraId="460027D2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26D683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Available institutional or research-group support:  ☐ None  ☐ Partial  ☐ Full  ☐ Pending</w:t>
            </w:r>
          </w:p>
        </w:tc>
      </w:tr>
    </w:tbl>
    <w:p w14:paraId="0F048107" w14:textId="77777777" w:rsidR="00DA494E" w:rsidRDefault="00DA494E">
      <w:pPr>
        <w:spacing w:after="0"/>
      </w:pPr>
    </w:p>
    <w:p w14:paraId="3AD6A5F0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Maximum 250 words. Explain briefly how attending ATC 2026 would benefit the applicant and describe any available or pending financial support.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7CB8BFC9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A8AB19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Confidential advisor statement *</w:t>
            </w:r>
          </w:p>
        </w:tc>
      </w:tr>
      <w:tr w:rsidR="00DA494E" w14:paraId="69AD4798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A27CD3" w14:textId="77777777" w:rsidR="00DA494E" w:rsidRDefault="00000000">
            <w:pPr>
              <w:spacing w:after="0" w:line="252" w:lineRule="auto"/>
            </w:pPr>
            <w:sdt>
              <w:sdtPr>
                <w:alias w:val="ADVISOR_STATEMENT"/>
                <w:tag w:val="ADVISOR_STATEMENT"/>
                <w:id w:val="-1241316537"/>
                <w:text/>
              </w:sdtPr>
              <w:sdtContent>
                <w:r>
                  <w:rPr>
                    <w:i/>
                    <w:color w:val="777777"/>
                    <w:sz w:val="18"/>
                  </w:rPr>
                  <w:t>Click or tap here to enter the confidential statement.</w:t>
                </w:r>
              </w:sdtContent>
            </w:sdt>
          </w:p>
          <w:p w14:paraId="329B9FC4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74CF860" w14:textId="77777777" w:rsidR="00DA494E" w:rsidRDefault="00000000">
            <w:pPr>
              <w:spacing w:after="0"/>
            </w:pPr>
            <w:r>
              <w:t xml:space="preserve"> </w:t>
            </w:r>
          </w:p>
          <w:p w14:paraId="7EE12A00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F154BDF" w14:textId="77777777" w:rsidR="00DA494E" w:rsidRDefault="00000000">
            <w:pPr>
              <w:spacing w:after="0"/>
            </w:pPr>
            <w:r>
              <w:t xml:space="preserve"> </w:t>
            </w:r>
          </w:p>
          <w:p w14:paraId="0F0C65E2" w14:textId="77777777" w:rsidR="00DA494E" w:rsidRDefault="00000000">
            <w:pPr>
              <w:spacing w:after="0"/>
            </w:pPr>
            <w:r>
              <w:t xml:space="preserve"> </w:t>
            </w:r>
          </w:p>
        </w:tc>
      </w:tr>
    </w:tbl>
    <w:p w14:paraId="37A090C6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5529933F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DECDC1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Advisor signature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882613" w14:textId="77777777" w:rsidR="00DA494E" w:rsidRDefault="00000000">
            <w:pPr>
              <w:spacing w:after="0" w:line="252" w:lineRule="auto"/>
            </w:pPr>
            <w:sdt>
              <w:sdtPr>
                <w:alias w:val="ADVISOR_SIGNATURE"/>
                <w:tag w:val="ADVISOR_SIGNATURE"/>
                <w:id w:val="-7967798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1FCC9166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02CAC1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Date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9130D" w14:textId="77777777" w:rsidR="00DA494E" w:rsidRDefault="00000000">
            <w:pPr>
              <w:spacing w:after="0" w:line="252" w:lineRule="auto"/>
            </w:pPr>
            <w:sdt>
              <w:sdtPr>
                <w:alias w:val="ADVISOR_DATE"/>
                <w:tag w:val="ADVISOR_DATE"/>
                <w:id w:val="160568637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05F2A7F6" w14:textId="77777777" w:rsidR="00DA494E" w:rsidRDefault="00DA494E">
      <w:pPr>
        <w:spacing w:after="0"/>
      </w:pPr>
    </w:p>
    <w:sectPr w:rsidR="00DA494E" w:rsidSect="00034616">
      <w:footerReference w:type="default" r:id="rId8"/>
      <w:pgSz w:w="11909" w:h="16834"/>
      <w:pgMar w:top="792" w:right="979" w:bottom="792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7847C4" w14:textId="77777777" w:rsidR="00CF0DBB" w:rsidRDefault="00CF0DBB">
      <w:pPr>
        <w:spacing w:after="0" w:line="240" w:lineRule="auto"/>
      </w:pPr>
      <w:r>
        <w:separator/>
      </w:r>
    </w:p>
  </w:endnote>
  <w:endnote w:type="continuationSeparator" w:id="0">
    <w:p w14:paraId="676263E8" w14:textId="77777777" w:rsidR="00CF0DBB" w:rsidRDefault="00CF0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A9E0B" w14:textId="77777777" w:rsidR="00DA494E" w:rsidRDefault="00000000">
    <w:pPr>
      <w:pStyle w:val="a7"/>
      <w:jc w:val="center"/>
    </w:pPr>
    <w:r>
      <w:rPr>
        <w:color w:val="666666"/>
        <w:sz w:val="16"/>
      </w:rPr>
      <w:t>ATC 2026 Student Travel Grant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E0239A" w14:textId="77777777" w:rsidR="00CF0DBB" w:rsidRDefault="00CF0DBB">
      <w:pPr>
        <w:spacing w:after="0" w:line="240" w:lineRule="auto"/>
      </w:pPr>
      <w:r>
        <w:separator/>
      </w:r>
    </w:p>
  </w:footnote>
  <w:footnote w:type="continuationSeparator" w:id="0">
    <w:p w14:paraId="3F715411" w14:textId="77777777" w:rsidR="00CF0DBB" w:rsidRDefault="00CF0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1345712">
    <w:abstractNumId w:val="8"/>
  </w:num>
  <w:num w:numId="2" w16cid:durableId="420758539">
    <w:abstractNumId w:val="6"/>
  </w:num>
  <w:num w:numId="3" w16cid:durableId="232812350">
    <w:abstractNumId w:val="5"/>
  </w:num>
  <w:num w:numId="4" w16cid:durableId="202599">
    <w:abstractNumId w:val="4"/>
  </w:num>
  <w:num w:numId="5" w16cid:durableId="1220437513">
    <w:abstractNumId w:val="7"/>
  </w:num>
  <w:num w:numId="6" w16cid:durableId="39549572">
    <w:abstractNumId w:val="3"/>
  </w:num>
  <w:num w:numId="7" w16cid:durableId="1231964258">
    <w:abstractNumId w:val="2"/>
  </w:num>
  <w:num w:numId="8" w16cid:durableId="214245145">
    <w:abstractNumId w:val="1"/>
  </w:num>
  <w:num w:numId="9" w16cid:durableId="8533482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30E6"/>
    <w:rsid w:val="00755406"/>
    <w:rsid w:val="00AA1D8D"/>
    <w:rsid w:val="00B30714"/>
    <w:rsid w:val="00B44415"/>
    <w:rsid w:val="00B47730"/>
    <w:rsid w:val="00CB0664"/>
    <w:rsid w:val="00CF0DBB"/>
    <w:rsid w:val="00DA494E"/>
    <w:rsid w:val="00E452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5CA321"/>
  <w14:defaultImageDpi w14:val="300"/>
  <w15:docId w15:val="{6AA48F04-BD22-444E-B686-33A07C4B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ATC 2026 Student Travel Grant Application</dc:title>
  <dc:subject>Simplified student travel grant application form</dc:subject>
  <dc:creator>ATC 2026</dc:creator>
  <cp:keywords/>
  <dc:description>generated by python-docx</dc:description>
  <cp:lastModifiedBy>office user</cp:lastModifiedBy>
  <cp:revision>3</cp:revision>
  <dcterms:created xsi:type="dcterms:W3CDTF">2026-09-14T03:09:00Z</dcterms:created>
  <dcterms:modified xsi:type="dcterms:W3CDTF">2026-09-15T14:10:00Z</dcterms:modified>
  <cp:category/>
</cp:coreProperties>
</file>